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ההלבשה הנעול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ידע בסיסי על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חידות ולהגיע לקוד הסודי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חשובים במשחק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1 - כמה שחקנים?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השוער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מנעול 2 -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המספר המקובל בכדורגל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 יכול לגעת בכדור עם הידיים באזור השער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מנעול 3 -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מנעול 4 -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(שומר על החוקים)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(11 שחקנים)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(צריך למשחק)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מנעול 5 - מה קורה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מגיעים לחדר ההלבשה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השחקנים מתלבשים בגדי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יוצאת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והמשחק מתחיל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פתחו את הדלת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שוער, קבוצה, מגרש, 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השוער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חופשית - לשחק לפי חוקים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מנעולים אמיתיים על הדף ולתת לתלמידים לצבוע אחרי פתרון כל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כדי לעודד 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אפשר לחבר את הספרות שנאספו לקוד סודי אחד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ההלבשה הנעול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דלת חדר ההלבשה ננעלה בחמישה מנעולים. כדי לפתוח אותם צריך לענות נכון על שאלות בכדורגל.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שוער  ·  קבוצה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מנעול 1 - כמה שחקנים?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שחקנים יש בקבוצת כדורגל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שחקן 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הקפטן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השוער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מנעול 2 -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בקבוצת כדורגל יש 11 שחקנים על המגרש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לגעת בכדור עם הידיים בכדורגל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מנעול 3 -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ב__________ יש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שומר על השער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מנעול 4 -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11 שחקנים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צריך למשחק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שומר על החוקים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שומר על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מנעול 5 - מה קורה קודם?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מתלבשים בגדי 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מגיעים לחדר ההלבשה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והמשחק מתחיל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הקבוצה יוצאת למגרש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פתחו את הדלת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מילים שלמדתם היום על כדורגל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שחקנים יש בקבוצת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שומר על השער?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ההלבשה הנעול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