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ההלבשה הנעול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ידע בסיסי על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חידות ולהגיע לקוד הסודי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חשובים במשחק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1 - כמה שחקנים?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במגרש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מנעול 2 -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המספר המקובל בכדורגל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השוער יכול לגעת בכדור עם הידיים באזור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תפקידו של השופט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הכדור הוא חלק חשוב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של משחק הוגן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מנעול 3 -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מנעול 4 -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(שומר על החוקים)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(11 שחקנים)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(צריך למשחק)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(מקום המשחק)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מנעול 5 - מה קורה קודם?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מגיעים לחדר ההלבשה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השחקנים מתלבשים בגדי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הקבוצה יוצאת למגרש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 שורק והמשחק מתחיל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פתחו את הדלת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שוער, קבוצה, מגרש,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שכולם ייהנו ויהיה כבוד הדדי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11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השוער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חופשית - לשחק לפי חוקים ובכבוד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מנעולים אמיתיים על הדף ולתת לתלמידים לצבוע אחרי פתרון כל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כדי לעודד 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אפשר לחבר את הספרות שנאספו לקוד סודי אחד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ההלבשה הנעול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דלת נעולה עם חמישה מנעולים. צריך לענות נכון כדי לפתוח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מַנְעוּל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שסוגר דלת וצריך מַפְתֵּחַ או קוֹד כדי לפתוח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קוֹד סוֹדִי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מיוחד שפותח את הדלת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שַׂחְקָן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שמשחק במשחק הכדורגל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קְבוּצָה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שחקנים ששחקים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שׁוֹעֵר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ששומר על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מִשְׂחָק הוֹגֵן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לשחק לפי החוקים ובכבוד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שׁוֹפֵט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ששומר על החוקים במשחק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מנעול 1 - כמה שחקנים?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משחקים יחד בקבוצה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עומד ליד השער ושומר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הקפטן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הדבר הכי חשוב במשחק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מקום משחקים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במטבח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מנעול 2 -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בקבוצת כדורגל יש 11 שחקנים על המגרש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לגעת בכדור עם הידיים בכדורגל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שומר על החוקים במשחק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כדורגל בלי כדור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הוגן זה לשחק לפי החוקים ובכבוד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מנעול 3 -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יש 11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שומר על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משחקים כדורגל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שומר על החוקים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פתרון חמש חידות נותן __________ סודי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מנעול 4 -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המשחק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11 שחקנים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שומר על החוקים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צריך למשחק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מנעול 5 - מה קורה קודם?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מתלבשים בגדי 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מגיעים לחדר ההלבשה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והמשחק מתחיל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יוצאת למגרש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פתחו את הדלת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שלמדתם היום על כדורגל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לשחק משחק הוגן?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שחקנים יש בקבוצת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שומר על השער?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משחק הוגן?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ההלבשה הנעול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