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ההלבשה הנעול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ידע בסיסי על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חידות ולהגיע לקוד הסודי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חשובים במשחק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מנעול 1 - כמה שחקנים?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מנעול 2 -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המספר המקובל בכדורגל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רק השוער יכול לגעת בכדור עם הידיים באזור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תפקידו של השופט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הכדור הוא חלק חשוב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של משחק הוגן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מנעול 3 -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מנעול 4 -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(שומר על החוקים)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(11 שחקנים)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(צריך למשחק)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(מקום המשחק)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מנעול 5 - מה קורה קודם?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מגיעים לחדר ההלבשה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השחקנים מתלבשים בגדי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הקבוצה יוצאת למגרש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השופט שורק והמשחק מתחיל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פתחו את הדלת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שוער, קבוצה, מגרש,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שכולם ייהנו ויהיה כבוד הדדי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השוער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חופשית - לשחק לפי חוקים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מנעולים אמיתיים על הדף ולתת לתלמידים לצבוע אחרי פתרון כל 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כדי לעודד 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בסוף אפשר לחבר את הספרות שנאספו לקוד סודי אחד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חדר ההלבשה הנעול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דלת חדר ההלבשה ננעלה בחמישה מנעולים. כדי לפתוח אותם צריך לענות נכון על שאלות בכדורגל.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מנעול 1 - כמה שחקנים?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בקבוצת כדורגל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שחקן שומר על השער?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הקפטן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צריך כדי לשחק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עיפרון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משחקים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במטבח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מנעול 2 -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בקבוצת כדורגל יש 11 שחקנים על המגרש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לגעת בכדור עם הידיים בכדורגל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שומר על החוקים במשחק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לשחק כדורגל בלי 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הוגן זה לשחק לפי החוקים ובכבוד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מנעול 3 -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ב__________ יש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שומר 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משחקים כדורגל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שומר על החוקים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פתרון חמש חידות נותן __________ סודי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מנעול 4 -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 על החוקים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צריך למשחק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מגרש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11 שחקנים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מנעול 5 - מה קורה קודם?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מתלבשים בגדי 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מגיעים לחדר ההלבשה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השופט שורק והמשחק מתחיל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יוצאת למגרש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פתחו את הדלת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שלמדתם היום על כדורגל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לשחק משחק הוגן?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שחקנים יש בקבוצת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שומר על השער?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משחק הוגן?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חדר ההלבשה הנעול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